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Modelformulier voor herroeping</w:t>
      </w:r>
    </w:p>
    <w:p>
      <w:pPr>
        <w:spacing w:after="360"/>
      </w:pPr>
      <w:r>
        <w:rPr>
          <w:i/>
        </w:rPr>
        <w:t>(dit formulier alleen invullen en terugzenden als u de overeenkomst wilt herroepen)</w:t>
      </w:r>
    </w:p>
    <w:p>
      <w:pPr>
        <w:spacing w:after="240"/>
      </w:pPr>
      <w:r>
        <w:t>Aan Molecule Pet Bowl Europe, Zaagmolenkade 149, 3035 KD Rotterdam, Nederland, info@moleculepetbowl.eu:</w:t>
      </w:r>
    </w:p>
    <w:p>
      <w:pPr>
        <w:spacing w:after="120"/>
      </w:pPr>
      <w:r>
        <w:t>Ik/Wij (*) deel/delen (*) u hierbij mede dat ik/wij (*) onze overeenkomst betreffende de verkoop van de volgende goederen/levering van de volgende dienst (*) herroep/herroepen (*)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Besteld op (*)/Ontvangen op (*)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Naam/Namen consument(en)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Adres consument(en)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Handtekening van consument(en) (alleen wanneer dit formulier op papier wordt ingediend)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Datum</w:t>
      </w:r>
    </w:p>
    <w:p>
      <w:r>
        <w:t>___________________________________________________________________________</w:t>
      </w:r>
    </w:p>
    <w:p>
      <w:pPr>
        <w:spacing w:before="480"/>
      </w:pPr>
      <w:r>
        <w:rPr>
          <w:sz w:val="18"/>
        </w:rPr>
        <w:t>(*) Doorhalen wat niet van toepassing is.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